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849" w:rsidRDefault="009222BB">
      <w:pPr>
        <w:jc w:val="center"/>
        <w:rPr>
          <w:b/>
          <w:sz w:val="26"/>
        </w:rPr>
      </w:pPr>
      <w:r>
        <w:rPr>
          <w:b/>
          <w:sz w:val="26"/>
        </w:rPr>
        <w:t>ALLA COMMISSIONE</w:t>
      </w:r>
      <w:r>
        <w:rPr>
          <w:b/>
          <w:sz w:val="26"/>
        </w:rPr>
        <w:t xml:space="preserve"> ELETTORALE</w:t>
      </w:r>
      <w:r>
        <w:rPr>
          <w:b/>
          <w:sz w:val="26"/>
        </w:rPr>
        <w:br/>
        <w:t>PRESSO L'ISTITUTO SCOLASTICO</w:t>
      </w:r>
    </w:p>
    <w:p w:rsidR="009222BB" w:rsidRDefault="009222BB">
      <w:pPr>
        <w:jc w:val="center"/>
        <w:rPr>
          <w:b/>
          <w:sz w:val="26"/>
        </w:rPr>
      </w:pPr>
      <w:r>
        <w:rPr>
          <w:b/>
          <w:sz w:val="26"/>
        </w:rPr>
        <w:t>IC MANZONI DI RESCALDINA</w:t>
      </w:r>
    </w:p>
    <w:p w:rsidR="009222BB" w:rsidRDefault="009222BB">
      <w:pPr>
        <w:jc w:val="center"/>
      </w:pPr>
    </w:p>
    <w:p w:rsidR="006B5849" w:rsidRDefault="009222BB">
      <w:pPr>
        <w:spacing w:before="240" w:after="360"/>
        <w:rPr>
          <w:b/>
        </w:rPr>
      </w:pPr>
      <w:r>
        <w:rPr>
          <w:b/>
        </w:rPr>
        <w:t>OGGETTO: Presentazione di lista di candidati per le Elezioni Suppletive del Consiglio di Istituto – Componente DOCENTI (A.S. 2026/2027)</w:t>
      </w:r>
    </w:p>
    <w:p w:rsidR="009222BB" w:rsidRDefault="009222BB">
      <w:pPr>
        <w:spacing w:before="240" w:after="360"/>
      </w:pPr>
    </w:p>
    <w:p w:rsidR="006B5849" w:rsidRDefault="009222BB">
      <w:pPr>
        <w:spacing w:after="240"/>
      </w:pPr>
      <w:r>
        <w:t xml:space="preserve">I sottoscritti, in qualità di presentatori di lista, tutti facenti </w:t>
      </w:r>
      <w:r>
        <w:t>parte del personale docente di ruolo e non di ruolo avente diritto al voto presso questa Istituzione Scolastica, presentano la seguente lista di candidati per le elezioni suppletive del Consiglio di Istituto.</w:t>
      </w:r>
    </w:p>
    <w:p w:rsidR="006B5849" w:rsidRDefault="009222BB">
      <w:pPr>
        <w:spacing w:after="360"/>
      </w:pPr>
      <w:r>
        <w:rPr>
          <w:b/>
        </w:rPr>
        <w:t>🏷</w:t>
      </w:r>
      <w:r>
        <w:rPr>
          <w:b/>
        </w:rPr>
        <w:t>️</w:t>
      </w:r>
      <w:r>
        <w:rPr>
          <w:b/>
        </w:rPr>
        <w:t xml:space="preserve"> MOTTO DELLA LISTA (in stampatello):</w:t>
      </w:r>
      <w:r>
        <w:rPr>
          <w:b/>
        </w:rPr>
        <w:br/>
      </w:r>
      <w:r>
        <w:rPr>
          <w:i/>
        </w:rPr>
        <w:t>“______</w:t>
      </w:r>
      <w:r>
        <w:rPr>
          <w:i/>
        </w:rPr>
        <w:t>____________________________________________________________________”</w:t>
      </w:r>
    </w:p>
    <w:p w:rsidR="006B5849" w:rsidRDefault="009222BB">
      <w:pPr>
        <w:spacing w:after="120"/>
      </w:pPr>
      <w:r>
        <w:rPr>
          <w:b/>
        </w:rPr>
        <w:t>📋</w:t>
      </w:r>
      <w:r>
        <w:rPr>
          <w:b/>
        </w:rPr>
        <w:t xml:space="preserve"> ELENCO DEI CANDIDATI (Componente Docenti)</w:t>
      </w:r>
    </w:p>
    <w:tbl>
      <w:tblPr>
        <w:tblW w:w="0" w:type="auto"/>
        <w:jc w:val="center"/>
        <w:tblLook w:val="04A0"/>
      </w:tblPr>
      <w:tblGrid>
        <w:gridCol w:w="1560"/>
        <w:gridCol w:w="1560"/>
        <w:gridCol w:w="1560"/>
        <w:gridCol w:w="1560"/>
        <w:gridCol w:w="1560"/>
        <w:gridCol w:w="1560"/>
      </w:tblGrid>
      <w:tr w:rsidR="006B5849">
        <w:trPr>
          <w:jc w:val="center"/>
        </w:trPr>
        <w:tc>
          <w:tcPr>
            <w:tcW w:w="15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jc w:val="center"/>
            </w:pPr>
            <w:r>
              <w:rPr>
                <w:b/>
                <w:sz w:val="19"/>
              </w:rPr>
              <w:t>N°</w:t>
            </w:r>
          </w:p>
        </w:tc>
        <w:tc>
          <w:tcPr>
            <w:tcW w:w="15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jc w:val="center"/>
            </w:pPr>
            <w:r>
              <w:rPr>
                <w:b/>
                <w:sz w:val="19"/>
              </w:rPr>
              <w:t>Cognome</w:t>
            </w:r>
          </w:p>
        </w:tc>
        <w:tc>
          <w:tcPr>
            <w:tcW w:w="15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jc w:val="center"/>
            </w:pPr>
            <w:r>
              <w:rPr>
                <w:b/>
                <w:sz w:val="19"/>
              </w:rPr>
              <w:t>Nome</w:t>
            </w:r>
          </w:p>
        </w:tc>
        <w:tc>
          <w:tcPr>
            <w:tcW w:w="15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jc w:val="center"/>
            </w:pPr>
            <w:r>
              <w:rPr>
                <w:b/>
                <w:sz w:val="19"/>
              </w:rPr>
              <w:t>Luogo e Data Nascita</w:t>
            </w:r>
          </w:p>
        </w:tc>
        <w:tc>
          <w:tcPr>
            <w:tcW w:w="15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jc w:val="center"/>
            </w:pPr>
            <w:r>
              <w:rPr>
                <w:b/>
                <w:sz w:val="19"/>
              </w:rPr>
              <w:t>Qualifica</w:t>
            </w:r>
          </w:p>
        </w:tc>
        <w:tc>
          <w:tcPr>
            <w:tcW w:w="156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jc w:val="center"/>
            </w:pPr>
            <w:r>
              <w:rPr>
                <w:b/>
                <w:sz w:val="19"/>
              </w:rPr>
              <w:t>Firma Accettazione</w:t>
            </w:r>
          </w:p>
        </w:tc>
      </w:tr>
      <w:tr w:rsidR="006B5849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spacing w:before="80" w:after="80"/>
              <w:jc w:val="center"/>
            </w:pPr>
            <w:r>
              <w:rPr>
                <w:sz w:val="20"/>
              </w:rPr>
              <w:t>1.</w:t>
            </w: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</w:tr>
      <w:tr w:rsidR="006B5849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spacing w:before="80" w:after="80"/>
              <w:jc w:val="center"/>
            </w:pPr>
            <w:r>
              <w:rPr>
                <w:sz w:val="20"/>
              </w:rPr>
              <w:t>2.</w:t>
            </w: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</w:tr>
      <w:tr w:rsidR="006B5849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spacing w:before="80" w:after="80"/>
              <w:jc w:val="center"/>
            </w:pPr>
            <w:r>
              <w:rPr>
                <w:sz w:val="20"/>
              </w:rPr>
              <w:t>3.</w:t>
            </w: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</w:tr>
      <w:tr w:rsidR="006B5849">
        <w:trPr>
          <w:jc w:val="center"/>
        </w:trPr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spacing w:before="80" w:after="8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  <w:p w:rsidR="009222BB" w:rsidRDefault="009222BB">
            <w:pPr>
              <w:spacing w:before="80" w:after="80"/>
              <w:jc w:val="center"/>
              <w:rPr>
                <w:sz w:val="20"/>
              </w:rPr>
            </w:pPr>
          </w:p>
          <w:p w:rsidR="009222BB" w:rsidRDefault="009222BB">
            <w:pPr>
              <w:spacing w:before="80" w:after="8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  <w:p w:rsidR="009222BB" w:rsidRDefault="009222BB">
            <w:pPr>
              <w:spacing w:before="80" w:after="80"/>
              <w:jc w:val="center"/>
              <w:rPr>
                <w:sz w:val="20"/>
              </w:rPr>
            </w:pPr>
          </w:p>
          <w:p w:rsidR="009222BB" w:rsidRDefault="009222BB" w:rsidP="009222BB">
            <w:pPr>
              <w:spacing w:before="80" w:after="8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  <w:p w:rsidR="009222BB" w:rsidRDefault="009222BB" w:rsidP="009222BB">
            <w:pPr>
              <w:spacing w:before="80" w:after="80"/>
              <w:jc w:val="center"/>
              <w:rPr>
                <w:sz w:val="20"/>
              </w:rPr>
            </w:pPr>
          </w:p>
          <w:p w:rsidR="009222BB" w:rsidRDefault="009222BB" w:rsidP="009222BB">
            <w:pPr>
              <w:spacing w:before="80" w:after="80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  <w:p w:rsidR="009222BB" w:rsidRDefault="009222BB">
            <w:pPr>
              <w:spacing w:before="80" w:after="80"/>
              <w:jc w:val="center"/>
              <w:rPr>
                <w:sz w:val="20"/>
              </w:rPr>
            </w:pPr>
          </w:p>
          <w:p w:rsidR="009222BB" w:rsidRDefault="009222BB">
            <w:pPr>
              <w:spacing w:before="80" w:after="80"/>
              <w:jc w:val="center"/>
              <w:rPr>
                <w:sz w:val="20"/>
              </w:rPr>
            </w:pPr>
          </w:p>
          <w:p w:rsidR="009222BB" w:rsidRDefault="009222BB" w:rsidP="009222BB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</w:tr>
    </w:tbl>
    <w:p w:rsidR="006B5849" w:rsidRDefault="009222BB">
      <w:pPr>
        <w:spacing w:before="360" w:after="80"/>
      </w:pPr>
      <w:r>
        <w:rPr>
          <w:b/>
        </w:rPr>
        <w:lastRenderedPageBreak/>
        <w:t>✍</w:t>
      </w:r>
      <w:r>
        <w:rPr>
          <w:b/>
        </w:rPr>
        <w:t>️</w:t>
      </w:r>
      <w:r>
        <w:rPr>
          <w:b/>
        </w:rPr>
        <w:t xml:space="preserve"> ELENCO DEI PRESENTATORI DI LISTA</w:t>
      </w:r>
    </w:p>
    <w:p w:rsidR="006B5849" w:rsidRDefault="009222BB">
      <w:pPr>
        <w:spacing w:after="120"/>
      </w:pPr>
      <w:r>
        <w:rPr>
          <w:i/>
          <w:sz w:val="19"/>
        </w:rPr>
        <w:t>Nota: I candidati NON possono firmare come presentatori della propria o di altre liste.</w:t>
      </w:r>
    </w:p>
    <w:tbl>
      <w:tblPr>
        <w:tblW w:w="0" w:type="auto"/>
        <w:jc w:val="center"/>
        <w:tblLook w:val="04A0"/>
      </w:tblPr>
      <w:tblGrid>
        <w:gridCol w:w="2340"/>
        <w:gridCol w:w="2340"/>
        <w:gridCol w:w="2340"/>
        <w:gridCol w:w="2340"/>
      </w:tblGrid>
      <w:tr w:rsidR="006B5849">
        <w:trPr>
          <w:jc w:val="center"/>
        </w:trPr>
        <w:tc>
          <w:tcPr>
            <w:tcW w:w="23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jc w:val="center"/>
            </w:pPr>
            <w:r>
              <w:rPr>
                <w:b/>
                <w:sz w:val="19"/>
              </w:rPr>
              <w:t>N°</w:t>
            </w:r>
          </w:p>
        </w:tc>
        <w:tc>
          <w:tcPr>
            <w:tcW w:w="23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jc w:val="center"/>
            </w:pPr>
            <w:r>
              <w:rPr>
                <w:b/>
                <w:sz w:val="19"/>
              </w:rPr>
              <w:t>Cognome e Nome (stampatello)</w:t>
            </w:r>
          </w:p>
        </w:tc>
        <w:tc>
          <w:tcPr>
            <w:tcW w:w="23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jc w:val="center"/>
            </w:pPr>
            <w:r>
              <w:rPr>
                <w:b/>
                <w:sz w:val="19"/>
              </w:rPr>
              <w:t>Luogo e Data di Nascita</w:t>
            </w:r>
          </w:p>
        </w:tc>
        <w:tc>
          <w:tcPr>
            <w:tcW w:w="234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jc w:val="center"/>
            </w:pPr>
            <w:r>
              <w:rPr>
                <w:b/>
                <w:sz w:val="19"/>
              </w:rPr>
              <w:t>Firma Autografa</w:t>
            </w:r>
          </w:p>
        </w:tc>
      </w:tr>
      <w:tr w:rsidR="006B5849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spacing w:before="80" w:after="8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</w:tr>
      <w:tr w:rsidR="006B5849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spacing w:before="80" w:after="8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</w:tr>
      <w:tr w:rsidR="006B5849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spacing w:before="80" w:after="8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</w:tr>
      <w:tr w:rsidR="006B5849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spacing w:before="80" w:after="8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</w:tr>
      <w:tr w:rsidR="006B5849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spacing w:before="80" w:after="8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</w:tr>
      <w:tr w:rsidR="006B5849">
        <w:trPr>
          <w:jc w:val="center"/>
        </w:trPr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9222BB">
            <w:pPr>
              <w:spacing w:before="80" w:after="8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  <w:p w:rsidR="009222BB" w:rsidRDefault="009222BB">
            <w:pPr>
              <w:spacing w:before="80" w:after="80"/>
              <w:jc w:val="center"/>
              <w:rPr>
                <w:sz w:val="20"/>
              </w:rPr>
            </w:pPr>
          </w:p>
          <w:p w:rsidR="009222BB" w:rsidRDefault="009222BB">
            <w:pPr>
              <w:spacing w:before="80" w:after="8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  <w:p w:rsidR="009222BB" w:rsidRDefault="009222BB">
            <w:pPr>
              <w:spacing w:before="80" w:after="80"/>
              <w:jc w:val="center"/>
              <w:rPr>
                <w:sz w:val="20"/>
              </w:rPr>
            </w:pPr>
          </w:p>
          <w:p w:rsidR="009222BB" w:rsidRDefault="009222BB">
            <w:pPr>
              <w:spacing w:before="80" w:after="8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  <w:p w:rsidR="009222BB" w:rsidRDefault="009222BB">
            <w:pPr>
              <w:spacing w:before="80" w:after="80"/>
              <w:jc w:val="center"/>
              <w:rPr>
                <w:sz w:val="20"/>
              </w:rPr>
            </w:pPr>
          </w:p>
          <w:p w:rsidR="009222BB" w:rsidRDefault="009222BB">
            <w:pPr>
              <w:spacing w:before="80" w:after="8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  <w:p w:rsidR="009222BB" w:rsidRDefault="009222BB">
            <w:pPr>
              <w:spacing w:before="80" w:after="80"/>
              <w:jc w:val="center"/>
              <w:rPr>
                <w:sz w:val="20"/>
              </w:rPr>
            </w:pPr>
          </w:p>
          <w:p w:rsidR="009222BB" w:rsidRDefault="009222BB">
            <w:pPr>
              <w:spacing w:before="80" w:after="80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  <w:tc>
          <w:tcPr>
            <w:tcW w:w="23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6B5849" w:rsidRDefault="006B5849">
            <w:pPr>
              <w:spacing w:before="80" w:after="80"/>
            </w:pPr>
          </w:p>
        </w:tc>
      </w:tr>
    </w:tbl>
    <w:p w:rsidR="009222BB" w:rsidRDefault="009222BB">
      <w:pPr>
        <w:spacing w:after="480"/>
        <w:rPr>
          <w:b/>
        </w:rPr>
      </w:pPr>
    </w:p>
    <w:p w:rsidR="009222BB" w:rsidRDefault="009222BB">
      <w:pPr>
        <w:spacing w:after="480"/>
        <w:rPr>
          <w:b/>
        </w:rPr>
      </w:pPr>
    </w:p>
    <w:p w:rsidR="009222BB" w:rsidRDefault="009222BB">
      <w:pPr>
        <w:spacing w:after="480"/>
        <w:rPr>
          <w:b/>
        </w:rPr>
      </w:pPr>
    </w:p>
    <w:p w:rsidR="009222BB" w:rsidRDefault="009222BB">
      <w:pPr>
        <w:spacing w:after="480"/>
        <w:rPr>
          <w:b/>
        </w:rPr>
      </w:pPr>
    </w:p>
    <w:p w:rsidR="009222BB" w:rsidRDefault="009222BB">
      <w:pPr>
        <w:spacing w:after="480"/>
        <w:rPr>
          <w:b/>
        </w:rPr>
      </w:pPr>
    </w:p>
    <w:p w:rsidR="009222BB" w:rsidRDefault="009222BB">
      <w:pPr>
        <w:spacing w:after="480"/>
      </w:pPr>
    </w:p>
    <w:p w:rsidR="006B5849" w:rsidRDefault="009222BB">
      <w:r>
        <w:rPr>
          <w:b/>
        </w:rPr>
        <w:t>✒</w:t>
      </w:r>
      <w:r>
        <w:rPr>
          <w:b/>
        </w:rPr>
        <w:t>️</w:t>
      </w:r>
      <w:r>
        <w:rPr>
          <w:b/>
        </w:rPr>
        <w:t xml:space="preserve"> SPAZIO RISERVATO ALLA SEGRETERIA / AUTENTICAZIONE DELLE FIRME</w:t>
      </w:r>
    </w:p>
    <w:tbl>
      <w:tblPr>
        <w:tblW w:w="0" w:type="auto"/>
        <w:jc w:val="center"/>
        <w:tblLook w:val="04A0"/>
      </w:tblPr>
      <w:tblGrid>
        <w:gridCol w:w="9360"/>
      </w:tblGrid>
      <w:tr w:rsidR="006B5849">
        <w:trPr>
          <w:jc w:val="center"/>
        </w:trPr>
        <w:tc>
          <w:tcPr>
            <w:tcW w:w="9360" w:type="dxa"/>
            <w:shd w:val="clear" w:color="auto" w:fill="FAFAF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9222BB" w:rsidRDefault="009222BB">
            <w:pPr>
              <w:rPr>
                <w:i/>
              </w:rPr>
            </w:pPr>
            <w:proofErr w:type="spellStart"/>
            <w:r>
              <w:rPr>
                <w:i/>
              </w:rPr>
              <w:t>Visto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della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Commissione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Elettorale</w:t>
            </w:r>
            <w:proofErr w:type="spellEnd"/>
            <w:r>
              <w:rPr>
                <w:i/>
              </w:rPr>
              <w:t xml:space="preserve"> per </w:t>
            </w:r>
            <w:proofErr w:type="spellStart"/>
            <w:r>
              <w:rPr>
                <w:i/>
              </w:rPr>
              <w:t>l'autenticazione</w:t>
            </w:r>
            <w:proofErr w:type="spellEnd"/>
            <w:r>
              <w:rPr>
                <w:i/>
              </w:rPr>
              <w:t xml:space="preserve"> delle firme dei presentatori e dei candidati ai sensi dell'Art. 31 </w:t>
            </w:r>
            <w:proofErr w:type="spellStart"/>
            <w:r>
              <w:rPr>
                <w:i/>
              </w:rPr>
              <w:t>dell'O.M</w:t>
            </w:r>
            <w:proofErr w:type="spellEnd"/>
            <w:r>
              <w:rPr>
                <w:i/>
              </w:rPr>
              <w:t>. 215/1991.</w:t>
            </w:r>
          </w:p>
          <w:p w:rsidR="009222BB" w:rsidRDefault="009222BB">
            <w:pPr>
              <w:rPr>
                <w:i/>
              </w:rPr>
            </w:pPr>
          </w:p>
          <w:p w:rsidR="009222BB" w:rsidRDefault="009222BB">
            <w:proofErr w:type="spellStart"/>
            <w:r>
              <w:t>Tutti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firmatari</w:t>
            </w:r>
            <w:proofErr w:type="spellEnd"/>
            <w:r>
              <w:t xml:space="preserve"> </w:t>
            </w:r>
            <w:proofErr w:type="spellStart"/>
            <w:r>
              <w:t>risultano</w:t>
            </w:r>
            <w:proofErr w:type="spellEnd"/>
            <w:r>
              <w:t xml:space="preserve"> regolarmente iscritti negli elenchi degli elettori della componente </w:t>
            </w:r>
            <w:proofErr w:type="spellStart"/>
            <w:r>
              <w:t>Docenti</w:t>
            </w:r>
            <w:proofErr w:type="spellEnd"/>
            <w:r>
              <w:t xml:space="preserve"> </w:t>
            </w:r>
            <w:proofErr w:type="spellStart"/>
            <w:r>
              <w:t>di</w:t>
            </w:r>
            <w:proofErr w:type="spellEnd"/>
            <w:r>
              <w:t xml:space="preserve"> </w:t>
            </w:r>
            <w:proofErr w:type="spellStart"/>
            <w:r>
              <w:t>questo</w:t>
            </w:r>
            <w:proofErr w:type="spellEnd"/>
            <w:r>
              <w:t xml:space="preserve"> </w:t>
            </w:r>
            <w:proofErr w:type="spellStart"/>
            <w:r>
              <w:t>Istituto</w:t>
            </w:r>
            <w:proofErr w:type="spellEnd"/>
            <w:r>
              <w:t>.</w:t>
            </w:r>
          </w:p>
          <w:p w:rsidR="009222BB" w:rsidRDefault="009222BB">
            <w:r>
              <w:br/>
            </w:r>
            <w:r>
              <w:br/>
              <w:t>La presente lista è stata dep</w:t>
            </w:r>
            <w:r>
              <w:t>ositata in Segreteria il giorno ____/____/2026 alle ore ____:____ e contrassegnata con il Numero Romano (I, II, III, ecc.) ______.</w:t>
            </w:r>
          </w:p>
          <w:p w:rsidR="009222BB" w:rsidRDefault="009222BB"/>
          <w:p w:rsidR="006B5849" w:rsidRDefault="009222BB">
            <w:r>
              <w:br/>
            </w:r>
            <w:r>
              <w:br/>
            </w:r>
          </w:p>
          <w:p w:rsidR="006B5849" w:rsidRDefault="009222BB" w:rsidP="009222BB">
            <w:pPr>
              <w:jc w:val="right"/>
            </w:pPr>
            <w:r>
              <w:br/>
              <w:t xml:space="preserve">Il </w:t>
            </w:r>
            <w:proofErr w:type="spellStart"/>
            <w:r>
              <w:t>Presidente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Commissione</w:t>
            </w:r>
            <w:proofErr w:type="spellEnd"/>
            <w:r>
              <w:br/>
              <w:t>__________________________________________________ (Firma e Ti</w:t>
            </w:r>
            <w:r>
              <w:t>mbro)</w:t>
            </w:r>
          </w:p>
        </w:tc>
      </w:tr>
    </w:tbl>
    <w:p w:rsidR="00000000" w:rsidRDefault="009222BB"/>
    <w:sectPr w:rsidR="0000000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savePreviewPicture/>
  <w:compat>
    <w:useFELayout/>
  </w:compat>
  <w:rsids>
    <w:rsidRoot w:val="00B47730"/>
    <w:rsid w:val="00034616"/>
    <w:rsid w:val="0006063C"/>
    <w:rsid w:val="0015074B"/>
    <w:rsid w:val="0029639D"/>
    <w:rsid w:val="00326F90"/>
    <w:rsid w:val="006B5849"/>
    <w:rsid w:val="009222BB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B77270-DEE8-4AD7-AA2F-8860C06C5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segr03</cp:lastModifiedBy>
  <cp:revision>2</cp:revision>
  <cp:lastPrinted>2026-10-09T16:08:00Z</cp:lastPrinted>
  <dcterms:created xsi:type="dcterms:W3CDTF">2026-10-09T16:09:00Z</dcterms:created>
  <dcterms:modified xsi:type="dcterms:W3CDTF">2026-10-09T16:09:00Z</dcterms:modified>
</cp:coreProperties>
</file>